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A5BFD" w14:textId="77777777" w:rsidR="00111AB1" w:rsidRDefault="00000000">
      <w:pPr>
        <w:jc w:val="center"/>
        <w:rPr>
          <w:lang w:eastAsia="ko-KR"/>
        </w:rPr>
      </w:pPr>
      <w:r>
        <w:rPr>
          <w:b/>
          <w:color w:val="333333"/>
          <w:sz w:val="40"/>
          <w:lang w:eastAsia="ko-KR"/>
        </w:rPr>
        <w:t xml:space="preserve">비급여 진료 </w:t>
      </w:r>
      <w:proofErr w:type="spellStart"/>
      <w:r>
        <w:rPr>
          <w:b/>
          <w:color w:val="333333"/>
          <w:sz w:val="40"/>
          <w:lang w:eastAsia="ko-KR"/>
        </w:rPr>
        <w:t>수가표</w:t>
      </w:r>
      <w:proofErr w:type="spellEnd"/>
    </w:p>
    <w:p w14:paraId="7517F4D7" w14:textId="77777777" w:rsidR="00111AB1" w:rsidRDefault="00000000">
      <w:pPr>
        <w:jc w:val="center"/>
        <w:rPr>
          <w:lang w:eastAsia="ko-KR"/>
        </w:rPr>
      </w:pPr>
      <w:r>
        <w:rPr>
          <w:color w:val="666666"/>
          <w:sz w:val="16"/>
          <w:lang w:eastAsia="ko-KR"/>
        </w:rPr>
        <w:t>상기 진료 수가는 환자의 상태, 부위, 난이도, 종류 등에 따라 달라질 수 있음을 알려드립니다.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1"/>
        <w:gridCol w:w="4252"/>
        <w:gridCol w:w="2268"/>
        <w:gridCol w:w="1984"/>
      </w:tblGrid>
      <w:tr w:rsidR="00111AB1" w14:paraId="7FFDFA1F" w14:textId="77777777">
        <w:trPr>
          <w:jc w:val="center"/>
        </w:trPr>
        <w:tc>
          <w:tcPr>
            <w:tcW w:w="17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8C8C8C"/>
          </w:tcPr>
          <w:p w14:paraId="3318C6BB" w14:textId="77777777" w:rsidR="00111AB1" w:rsidRDefault="00000000">
            <w:pPr>
              <w:jc w:val="center"/>
            </w:pPr>
            <w:proofErr w:type="spellStart"/>
            <w:r>
              <w:rPr>
                <w:b/>
                <w:color w:val="FFFFFF"/>
              </w:rPr>
              <w:t>분류</w:t>
            </w:r>
            <w:proofErr w:type="spellEnd"/>
          </w:p>
        </w:tc>
        <w:tc>
          <w:tcPr>
            <w:tcW w:w="425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8C8C8C"/>
          </w:tcPr>
          <w:p w14:paraId="588CB9B1" w14:textId="77777777" w:rsidR="00111AB1" w:rsidRDefault="00000000">
            <w:pPr>
              <w:jc w:val="center"/>
            </w:pPr>
            <w:r>
              <w:rPr>
                <w:b/>
                <w:color w:val="FFFFFF"/>
              </w:rPr>
              <w:t>항목</w:t>
            </w:r>
          </w:p>
        </w:tc>
        <w:tc>
          <w:tcPr>
            <w:tcW w:w="226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8C8C8C"/>
          </w:tcPr>
          <w:p w14:paraId="29BC9943" w14:textId="77777777" w:rsidR="00111AB1" w:rsidRDefault="00000000">
            <w:pPr>
              <w:jc w:val="center"/>
            </w:pPr>
            <w:r>
              <w:rPr>
                <w:b/>
                <w:color w:val="FFFFFF"/>
              </w:rPr>
              <w:t>수가</w:t>
            </w:r>
          </w:p>
        </w:tc>
        <w:tc>
          <w:tcPr>
            <w:tcW w:w="19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8C8C8C"/>
          </w:tcPr>
          <w:p w14:paraId="435070A3" w14:textId="77777777" w:rsidR="00111AB1" w:rsidRDefault="00000000">
            <w:pPr>
              <w:jc w:val="center"/>
            </w:pPr>
            <w:r>
              <w:rPr>
                <w:b/>
                <w:color w:val="FFFFFF"/>
              </w:rPr>
              <w:t>비고</w:t>
            </w:r>
          </w:p>
        </w:tc>
      </w:tr>
      <w:tr w:rsidR="00111AB1" w14:paraId="7218FC54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D718074" w14:textId="3DE70047" w:rsidR="00111AB1" w:rsidRDefault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치료한약</w:t>
            </w:r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659D276" w14:textId="66764CA8" w:rsidR="00111AB1" w:rsidRDefault="00E005E2">
            <w:r>
              <w:rPr>
                <w:rFonts w:hint="eastAsia"/>
                <w:lang w:eastAsia="ko-KR"/>
              </w:rPr>
              <w:t>성인</w:t>
            </w:r>
            <w:r w:rsidR="00A81A63">
              <w:rPr>
                <w:rFonts w:hint="eastAsia"/>
                <w:lang w:eastAsia="ko-KR"/>
              </w:rPr>
              <w:t>1개월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EBB710" w14:textId="3FF87D3F" w:rsidR="00111AB1" w:rsidRDefault="00A81A63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49</w:t>
            </w:r>
            <w:r w:rsidR="00E005E2">
              <w:rPr>
                <w:rFonts w:hint="eastAsia"/>
                <w:lang w:eastAsia="ko-KR"/>
              </w:rPr>
              <w:t>만</w:t>
            </w:r>
            <w:r>
              <w:rPr>
                <w:rFonts w:hint="eastAsia"/>
                <w:lang w:eastAsia="ko-KR"/>
              </w:rPr>
              <w:t>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DA8B27" w14:textId="77777777" w:rsidR="00111AB1" w:rsidRDefault="00111AB1"/>
        </w:tc>
      </w:tr>
      <w:tr w:rsidR="00111AB1" w14:paraId="028260D6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3952651" w14:textId="77777777" w:rsidR="00111AB1" w:rsidRDefault="00111AB1"/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BEBB862" w14:textId="04A33706" w:rsidR="00111AB1" w:rsidRDefault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성인 3개월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0D61F7" w14:textId="713935FF" w:rsidR="00111AB1" w:rsidRDefault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130만원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5741CD0" w14:textId="77777777" w:rsidR="00111AB1" w:rsidRDefault="00111AB1"/>
        </w:tc>
      </w:tr>
      <w:tr w:rsidR="00111AB1" w14:paraId="4A79C192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EC99C3A" w14:textId="77777777" w:rsidR="00111AB1" w:rsidRDefault="00111AB1"/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7B3689" w14:textId="6C1E6F99" w:rsidR="00111AB1" w:rsidRDefault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초등학생 1개월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E811F7" w14:textId="4612542E" w:rsidR="00111AB1" w:rsidRDefault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39</w:t>
            </w:r>
            <w:r w:rsidR="00A81A63">
              <w:rPr>
                <w:rFonts w:hint="eastAsia"/>
                <w:lang w:eastAsia="ko-KR"/>
              </w:rPr>
              <w:t>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0615A8" w14:textId="77777777" w:rsidR="00111AB1" w:rsidRDefault="00111AB1"/>
        </w:tc>
      </w:tr>
      <w:tr w:rsidR="00111AB1" w14:paraId="6E1E560B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C03DB7A" w14:textId="77777777" w:rsidR="00111AB1" w:rsidRDefault="00111AB1"/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079E33" w14:textId="560965D9" w:rsidR="00111AB1" w:rsidRDefault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7세이하 1개월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4D0449" w14:textId="4D3F086E" w:rsidR="00111AB1" w:rsidRDefault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32만원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AA44CE" w14:textId="77777777" w:rsidR="00111AB1" w:rsidRDefault="00111AB1"/>
        </w:tc>
      </w:tr>
      <w:tr w:rsidR="00E005E2" w14:paraId="0948AF6C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CD7E194" w14:textId="74B53C1B" w:rsidR="00E005E2" w:rsidRDefault="00E005E2" w:rsidP="00E005E2">
            <w:pPr>
              <w:rPr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녹용보약</w:t>
            </w:r>
            <w:proofErr w:type="spellEnd"/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F5AEBA" w14:textId="08834165" w:rsidR="00E005E2" w:rsidRDefault="00E005E2" w:rsidP="00E005E2">
            <w:r>
              <w:rPr>
                <w:rFonts w:hint="eastAsia"/>
                <w:lang w:eastAsia="ko-KR"/>
              </w:rPr>
              <w:t>성인1개월 특상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C3CE5BF" w14:textId="23B6E023" w:rsidR="00E005E2" w:rsidRDefault="00E005E2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79만원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469181" w14:textId="77777777" w:rsidR="00E005E2" w:rsidRDefault="00E005E2" w:rsidP="00E005E2"/>
        </w:tc>
      </w:tr>
      <w:tr w:rsidR="00E005E2" w14:paraId="5B6B14F0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47E867E" w14:textId="77777777" w:rsidR="00E005E2" w:rsidRDefault="00E005E2" w:rsidP="00E005E2"/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FA7BD2" w14:textId="10375336" w:rsidR="00E005E2" w:rsidRDefault="00E005E2" w:rsidP="00E005E2">
            <w:r>
              <w:rPr>
                <w:rFonts w:hint="eastAsia"/>
                <w:lang w:eastAsia="ko-KR"/>
              </w:rPr>
              <w:t>성인1개월 상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6CFE48" w14:textId="097D5555" w:rsidR="00E005E2" w:rsidRDefault="00E005E2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66만원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63E593" w14:textId="77777777" w:rsidR="00E005E2" w:rsidRDefault="00E005E2" w:rsidP="00E005E2"/>
        </w:tc>
      </w:tr>
      <w:tr w:rsidR="00E005E2" w14:paraId="7366C908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360F218A" w14:textId="77777777" w:rsidR="00E005E2" w:rsidRDefault="00E005E2" w:rsidP="00E005E2"/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86899D" w14:textId="69BC2BF9" w:rsidR="00E005E2" w:rsidRDefault="00E005E2" w:rsidP="00E005E2">
            <w:r>
              <w:rPr>
                <w:rFonts w:hint="eastAsia"/>
                <w:lang w:eastAsia="ko-KR"/>
              </w:rPr>
              <w:t>초등학생 1개월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5A4E1D" w14:textId="6D66D4E3" w:rsidR="00E005E2" w:rsidRDefault="00E005E2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60만원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736E98" w14:textId="77777777" w:rsidR="00E005E2" w:rsidRDefault="00E005E2" w:rsidP="00E005E2"/>
        </w:tc>
      </w:tr>
      <w:tr w:rsidR="00E005E2" w14:paraId="387AE32C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93B3603" w14:textId="77777777" w:rsidR="00E005E2" w:rsidRDefault="00E005E2" w:rsidP="00E005E2"/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93DF89" w14:textId="72EFDDAC" w:rsidR="00E005E2" w:rsidRDefault="00E005E2" w:rsidP="00E005E2">
            <w:r>
              <w:rPr>
                <w:rFonts w:hint="eastAsia"/>
                <w:lang w:eastAsia="ko-KR"/>
              </w:rPr>
              <w:t>7세이하 1개월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F391CA" w14:textId="7BC7AD5F" w:rsidR="00E005E2" w:rsidRDefault="00E005E2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50만원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2CD883" w14:textId="77777777" w:rsidR="00E005E2" w:rsidRDefault="00E005E2" w:rsidP="00E005E2"/>
        </w:tc>
      </w:tr>
      <w:tr w:rsidR="00E005E2" w14:paraId="7609634A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D69D0B2" w14:textId="221CE941" w:rsidR="00E005E2" w:rsidRDefault="00E005E2" w:rsidP="00E005E2">
            <w:proofErr w:type="spellStart"/>
            <w:r>
              <w:rPr>
                <w:rFonts w:hint="eastAsia"/>
                <w:lang w:eastAsia="ko-KR"/>
              </w:rPr>
              <w:t>공진단</w:t>
            </w:r>
            <w:proofErr w:type="spellEnd"/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7821F8" w14:textId="5B3AF45B" w:rsidR="00E005E2" w:rsidRDefault="00E005E2" w:rsidP="00E005E2">
            <w:proofErr w:type="spellStart"/>
            <w:r>
              <w:rPr>
                <w:rFonts w:hint="eastAsia"/>
                <w:lang w:eastAsia="ko-KR"/>
              </w:rPr>
              <w:t>원방공진단</w:t>
            </w:r>
            <w:proofErr w:type="spellEnd"/>
            <w:r>
              <w:rPr>
                <w:rFonts w:hint="eastAsia"/>
                <w:lang w:eastAsia="ko-KR"/>
              </w:rPr>
              <w:t>10환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BBF0BF" w14:textId="48BCE3B0" w:rsidR="00E005E2" w:rsidRDefault="00E005E2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68만원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0FBE6F" w14:textId="77777777" w:rsidR="00E005E2" w:rsidRDefault="00E005E2" w:rsidP="00E005E2"/>
        </w:tc>
      </w:tr>
      <w:tr w:rsidR="00E005E2" w14:paraId="44570095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1330C36" w14:textId="77777777" w:rsidR="00E005E2" w:rsidRDefault="00E005E2" w:rsidP="00E005E2"/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68570B" w14:textId="76656F3F" w:rsidR="00E005E2" w:rsidRDefault="00E005E2" w:rsidP="00E005E2">
            <w:pPr>
              <w:rPr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사향공진단</w:t>
            </w:r>
            <w:proofErr w:type="spellEnd"/>
            <w:r>
              <w:rPr>
                <w:rFonts w:hint="eastAsia"/>
                <w:lang w:eastAsia="ko-KR"/>
              </w:rPr>
              <w:t xml:space="preserve"> 10환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E042A0" w14:textId="54535303" w:rsidR="00E005E2" w:rsidRDefault="00E005E2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45만원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D68B0E4" w14:textId="77777777" w:rsidR="00E005E2" w:rsidRDefault="00E005E2" w:rsidP="00E005E2"/>
        </w:tc>
      </w:tr>
      <w:tr w:rsidR="00E005E2" w14:paraId="2C479970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8BE213B" w14:textId="77777777" w:rsidR="00E005E2" w:rsidRDefault="00E005E2" w:rsidP="00E005E2"/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10DAAC1" w14:textId="3D6341D5" w:rsidR="00E005E2" w:rsidRDefault="00E005E2" w:rsidP="00E005E2">
            <w:pPr>
              <w:rPr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사향공진단</w:t>
            </w:r>
            <w:proofErr w:type="spellEnd"/>
            <w:r>
              <w:rPr>
                <w:rFonts w:hint="eastAsia"/>
                <w:lang w:eastAsia="ko-KR"/>
              </w:rPr>
              <w:t xml:space="preserve"> 라이트10환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5C6B2E" w14:textId="211A46BA" w:rsidR="00E005E2" w:rsidRDefault="00E005E2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32만원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889EF8" w14:textId="77777777" w:rsidR="00E005E2" w:rsidRDefault="00E005E2" w:rsidP="00E005E2"/>
        </w:tc>
      </w:tr>
      <w:tr w:rsidR="00E005E2" w14:paraId="50991551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1D63594" w14:textId="16B4FF36" w:rsidR="00E005E2" w:rsidRDefault="00E005E2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경옥고</w:t>
            </w:r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D24B14" w14:textId="2D674B41" w:rsidR="00E005E2" w:rsidRDefault="00E005E2" w:rsidP="00E005E2">
            <w:proofErr w:type="spellStart"/>
            <w:r>
              <w:rPr>
                <w:rFonts w:hint="eastAsia"/>
                <w:lang w:eastAsia="ko-KR"/>
              </w:rPr>
              <w:t>녹용경옥고</w:t>
            </w:r>
            <w:proofErr w:type="spellEnd"/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970FB7" w14:textId="7C0238F3" w:rsidR="00E005E2" w:rsidRDefault="00E005E2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195000원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D42A3F8" w14:textId="77777777" w:rsidR="00E005E2" w:rsidRDefault="00E005E2" w:rsidP="00E005E2"/>
        </w:tc>
      </w:tr>
      <w:tr w:rsidR="00E005E2" w14:paraId="4769D54F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BD3B56C" w14:textId="77777777" w:rsidR="00E005E2" w:rsidRDefault="00E005E2" w:rsidP="00E005E2"/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E3A06A" w14:textId="1EE21AA7" w:rsidR="00E005E2" w:rsidRDefault="00E005E2" w:rsidP="00E005E2">
            <w:r>
              <w:rPr>
                <w:rFonts w:hint="eastAsia"/>
                <w:lang w:eastAsia="ko-KR"/>
              </w:rPr>
              <w:t>경옥고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8DD47A" w14:textId="066DA704" w:rsidR="00E005E2" w:rsidRDefault="00E005E2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175000원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1D4195" w14:textId="77777777" w:rsidR="00E005E2" w:rsidRDefault="00E005E2" w:rsidP="00E005E2"/>
        </w:tc>
      </w:tr>
      <w:tr w:rsidR="00E005E2" w14:paraId="1F0B0DB1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2290BEB" w14:textId="606D01E5" w:rsidR="00E005E2" w:rsidRDefault="00E005E2" w:rsidP="00E005E2">
            <w:proofErr w:type="spellStart"/>
            <w:r>
              <w:rPr>
                <w:rFonts w:hint="eastAsia"/>
                <w:lang w:eastAsia="ko-KR"/>
              </w:rPr>
              <w:t>약침</w:t>
            </w:r>
            <w:proofErr w:type="spellEnd"/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BBB1681" w14:textId="4A276BC2" w:rsidR="00E005E2" w:rsidRDefault="00E005E2" w:rsidP="00E005E2">
            <w:proofErr w:type="spellStart"/>
            <w:r>
              <w:rPr>
                <w:rFonts w:hint="eastAsia"/>
                <w:lang w:eastAsia="ko-KR"/>
              </w:rPr>
              <w:t>초음파약침</w:t>
            </w:r>
            <w:proofErr w:type="spellEnd"/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5B2E6E" w14:textId="708EFEB9" w:rsidR="00E005E2" w:rsidRDefault="00E005E2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4만원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10E417" w14:textId="77777777" w:rsidR="00E005E2" w:rsidRDefault="00E005E2" w:rsidP="00E005E2"/>
        </w:tc>
      </w:tr>
      <w:tr w:rsidR="00E005E2" w14:paraId="7F9EED66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618EFC9" w14:textId="77777777" w:rsidR="00E005E2" w:rsidRDefault="00E005E2" w:rsidP="00E005E2"/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B39324" w14:textId="02F382BB" w:rsidR="00E005E2" w:rsidRDefault="00E005E2" w:rsidP="00E005E2">
            <w:proofErr w:type="spellStart"/>
            <w:r>
              <w:rPr>
                <w:rFonts w:hint="eastAsia"/>
                <w:lang w:eastAsia="ko-KR"/>
              </w:rPr>
              <w:t>봉약침</w:t>
            </w:r>
            <w:proofErr w:type="spellEnd"/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208A7E" w14:textId="39492E2A" w:rsidR="00E005E2" w:rsidRDefault="00D9777C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14000원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6DE960" w14:textId="77777777" w:rsidR="00E005E2" w:rsidRDefault="00E005E2" w:rsidP="00E005E2"/>
        </w:tc>
      </w:tr>
      <w:tr w:rsidR="00E005E2" w14:paraId="3780B53C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F0666FB" w14:textId="77777777" w:rsidR="00E005E2" w:rsidRDefault="00E005E2" w:rsidP="00E005E2"/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3A967A8" w14:textId="1438F04D" w:rsidR="00E005E2" w:rsidRDefault="00D9777C" w:rsidP="00E005E2">
            <w:proofErr w:type="spellStart"/>
            <w:r>
              <w:rPr>
                <w:rFonts w:hint="eastAsia"/>
                <w:lang w:eastAsia="ko-KR"/>
              </w:rPr>
              <w:t>고농도봉약침</w:t>
            </w:r>
            <w:proofErr w:type="spellEnd"/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FA3B8D" w14:textId="4FDE1D58" w:rsidR="00E005E2" w:rsidRDefault="00D9777C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21000원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CB4771" w14:textId="77777777" w:rsidR="00E005E2" w:rsidRDefault="00E005E2" w:rsidP="00E005E2"/>
        </w:tc>
      </w:tr>
      <w:tr w:rsidR="00E005E2" w14:paraId="6EBA9C72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FB589F3" w14:textId="77777777" w:rsidR="00E005E2" w:rsidRDefault="00E005E2" w:rsidP="00E005E2"/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7A103C" w14:textId="19D07EE5" w:rsidR="00E005E2" w:rsidRDefault="00D9777C" w:rsidP="00E005E2">
            <w:pPr>
              <w:rPr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자하거약침</w:t>
            </w:r>
            <w:proofErr w:type="spellEnd"/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FCDA949" w14:textId="0E1B1DEF" w:rsidR="00E005E2" w:rsidRDefault="00D9777C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3만원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E4270A" w14:textId="77777777" w:rsidR="00E005E2" w:rsidRDefault="00E005E2" w:rsidP="00E005E2"/>
        </w:tc>
      </w:tr>
      <w:tr w:rsidR="00E005E2" w14:paraId="26503EA9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810BE53" w14:textId="77777777" w:rsidR="00E005E2" w:rsidRDefault="00E005E2" w:rsidP="00E005E2"/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56221D7" w14:textId="4D1A73C2" w:rsidR="00E005E2" w:rsidRDefault="00D9777C" w:rsidP="00E005E2">
            <w:proofErr w:type="spellStart"/>
            <w:r>
              <w:rPr>
                <w:rFonts w:hint="eastAsia"/>
                <w:lang w:eastAsia="ko-KR"/>
              </w:rPr>
              <w:t>기본약침</w:t>
            </w:r>
            <w:proofErr w:type="spellEnd"/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B8E49D" w14:textId="26178BF8" w:rsidR="00E005E2" w:rsidRDefault="00D9777C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11000원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02714A7" w14:textId="77777777" w:rsidR="00E005E2" w:rsidRDefault="00E005E2" w:rsidP="00E005E2"/>
        </w:tc>
      </w:tr>
      <w:tr w:rsidR="00E005E2" w14:paraId="12AF437D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F8093C3" w14:textId="59982BE0" w:rsidR="00E005E2" w:rsidRDefault="00E005E2" w:rsidP="00E005E2">
            <w:pPr>
              <w:rPr>
                <w:lang w:eastAsia="ko-KR"/>
              </w:rPr>
            </w:pPr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B18CC9" w14:textId="170BD318" w:rsidR="00E005E2" w:rsidRDefault="001D1DF7" w:rsidP="00E005E2">
            <w:pPr>
              <w:rPr>
                <w:rFonts w:hint="eastAsia"/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pdrn</w:t>
            </w:r>
            <w:proofErr w:type="spellEnd"/>
            <w:r>
              <w:rPr>
                <w:rFonts w:hint="eastAsia"/>
                <w:lang w:eastAsia="ko-KR"/>
              </w:rPr>
              <w:t>약침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72D90E" w14:textId="4678F01E" w:rsidR="00E005E2" w:rsidRDefault="001D1DF7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3만원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FDC65A" w14:textId="77777777" w:rsidR="00E005E2" w:rsidRDefault="00E005E2" w:rsidP="00E005E2"/>
        </w:tc>
      </w:tr>
      <w:tr w:rsidR="00E005E2" w14:paraId="48795B25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68BCCF40" w14:textId="14AB3A4F" w:rsidR="00E005E2" w:rsidRDefault="00D9777C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서류</w:t>
            </w:r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67B6F9" w14:textId="0A04D009" w:rsidR="00E005E2" w:rsidRDefault="00D9777C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진단서/소견서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E33770" w14:textId="05CC742B" w:rsidR="00E005E2" w:rsidRDefault="00D9777C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10000원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6D29A61" w14:textId="77777777" w:rsidR="00E005E2" w:rsidRDefault="00E005E2" w:rsidP="00E005E2"/>
        </w:tc>
      </w:tr>
      <w:tr w:rsidR="00E005E2" w14:paraId="3CAA67B9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2AA8776" w14:textId="30C5DA39" w:rsidR="00E005E2" w:rsidRDefault="00D9777C" w:rsidP="00E005E2">
            <w:r>
              <w:rPr>
                <w:rFonts w:hint="eastAsia"/>
                <w:lang w:eastAsia="ko-KR"/>
              </w:rPr>
              <w:t>검사</w:t>
            </w:r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1B9EB9" w14:textId="770FADC4" w:rsidR="00E005E2" w:rsidRDefault="00D9777C" w:rsidP="00E005E2">
            <w:proofErr w:type="spellStart"/>
            <w:r>
              <w:rPr>
                <w:rFonts w:hint="eastAsia"/>
                <w:lang w:eastAsia="ko-KR"/>
              </w:rPr>
              <w:t>맥파검사</w:t>
            </w:r>
            <w:proofErr w:type="spellEnd"/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5A4E591" w14:textId="0B6F9D4F" w:rsidR="00E005E2" w:rsidRDefault="00D9777C" w:rsidP="00E005E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207B4A8" w14:textId="77777777" w:rsidR="00E005E2" w:rsidRDefault="00E005E2" w:rsidP="00E005E2"/>
        </w:tc>
      </w:tr>
      <w:tr w:rsidR="001D1DF7" w14:paraId="7DAE1945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05A041D" w14:textId="46705E6C" w:rsidR="001D1DF7" w:rsidRDefault="001D1DF7" w:rsidP="001D1DF7">
            <w:r>
              <w:rPr>
                <w:rFonts w:hint="eastAsia"/>
                <w:lang w:eastAsia="ko-KR"/>
              </w:rPr>
              <w:t>추나</w:t>
            </w:r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5CB98E" w14:textId="26DCFCBE" w:rsidR="001D1DF7" w:rsidRDefault="001D1DF7" w:rsidP="001D1DF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 xml:space="preserve">비보험추나 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476184" w14:textId="48357E1B" w:rsidR="001D1DF7" w:rsidRDefault="001D1DF7" w:rsidP="001D1DF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44000원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74D221" w14:textId="77777777" w:rsidR="001D1DF7" w:rsidRDefault="001D1DF7" w:rsidP="001D1DF7"/>
        </w:tc>
      </w:tr>
      <w:tr w:rsidR="001D1DF7" w14:paraId="3C05DFF8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1B0C71BE" w14:textId="2472081D" w:rsidR="001D1DF7" w:rsidRDefault="001D1DF7" w:rsidP="001D1DF7">
            <w:proofErr w:type="spellStart"/>
            <w:r>
              <w:rPr>
                <w:rFonts w:hint="eastAsia"/>
                <w:lang w:eastAsia="ko-KR"/>
              </w:rPr>
              <w:lastRenderedPageBreak/>
              <w:t>다이어트약침</w:t>
            </w:r>
            <w:proofErr w:type="spellEnd"/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7743B4C" w14:textId="296BFA9D" w:rsidR="001D1DF7" w:rsidRDefault="001D1DF7" w:rsidP="001D1DF7">
            <w:pPr>
              <w:rPr>
                <w:rFonts w:hint="eastAsia"/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라인약침</w:t>
            </w:r>
            <w:proofErr w:type="spellEnd"/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113B211" w14:textId="640A96D6" w:rsidR="001D1DF7" w:rsidRDefault="001D1DF7" w:rsidP="001D1DF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3만원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A31FBF" w14:textId="77777777" w:rsidR="001D1DF7" w:rsidRDefault="001D1DF7" w:rsidP="001D1DF7">
            <w:pPr>
              <w:rPr>
                <w:lang w:eastAsia="ko-KR"/>
              </w:rPr>
            </w:pPr>
          </w:p>
        </w:tc>
      </w:tr>
      <w:tr w:rsidR="001D1DF7" w14:paraId="34DC7913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86DF10E" w14:textId="660E2B2C" w:rsidR="001D1DF7" w:rsidRDefault="001D1DF7" w:rsidP="001D1DF7">
            <w:pPr>
              <w:rPr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린다이어트</w:t>
            </w:r>
            <w:proofErr w:type="spellEnd"/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C57642" w14:textId="3B9E6225" w:rsidR="001D1DF7" w:rsidRDefault="001D1DF7" w:rsidP="001D1DF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스탠다드12주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56A973" w14:textId="4846A1B0" w:rsidR="001D1DF7" w:rsidRDefault="001D1DF7" w:rsidP="001D1DF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54만원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AF9B0F" w14:textId="77777777" w:rsidR="001D1DF7" w:rsidRDefault="001D1DF7" w:rsidP="001D1DF7">
            <w:pPr>
              <w:rPr>
                <w:lang w:eastAsia="ko-KR"/>
              </w:rPr>
            </w:pPr>
          </w:p>
        </w:tc>
      </w:tr>
      <w:tr w:rsidR="001D1DF7" w14:paraId="2FC5648E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091D9397" w14:textId="77777777" w:rsidR="001D1DF7" w:rsidRDefault="001D1DF7" w:rsidP="001D1DF7">
            <w:pPr>
              <w:rPr>
                <w:lang w:eastAsia="ko-KR"/>
              </w:rPr>
            </w:pPr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EB3B87C" w14:textId="76C91BAC" w:rsidR="001D1DF7" w:rsidRDefault="001D1DF7" w:rsidP="001D1DF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프리미엄12주(일반한약)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FB94277" w14:textId="1C378880" w:rsidR="001D1DF7" w:rsidRDefault="001D1DF7" w:rsidP="001D1DF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111만원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37ABC4" w14:textId="77777777" w:rsidR="001D1DF7" w:rsidRDefault="001D1DF7" w:rsidP="001D1DF7">
            <w:pPr>
              <w:rPr>
                <w:lang w:eastAsia="ko-KR"/>
              </w:rPr>
            </w:pPr>
          </w:p>
        </w:tc>
      </w:tr>
      <w:tr w:rsidR="001D1DF7" w14:paraId="60E63090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42AF7A12" w14:textId="5A32B33C" w:rsidR="001D1DF7" w:rsidRDefault="001D1DF7" w:rsidP="001D1DF7">
            <w:pPr>
              <w:rPr>
                <w:lang w:eastAsia="ko-KR"/>
              </w:rPr>
            </w:pPr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EAE040" w14:textId="2FE0827A" w:rsidR="001D1DF7" w:rsidRDefault="001D1DF7" w:rsidP="001D1DF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프리미엄12주(녹용 상 )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A9DDAE" w14:textId="68F0AB1A" w:rsidR="001D1DF7" w:rsidRDefault="001D1DF7" w:rsidP="001D1DF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141만원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AA1B4C" w14:textId="77777777" w:rsidR="001D1DF7" w:rsidRDefault="001D1DF7" w:rsidP="001D1DF7">
            <w:pPr>
              <w:rPr>
                <w:lang w:eastAsia="ko-KR"/>
              </w:rPr>
            </w:pPr>
          </w:p>
        </w:tc>
      </w:tr>
      <w:tr w:rsidR="001D1DF7" w14:paraId="6B773222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9E1EB1C" w14:textId="77777777" w:rsidR="001D1DF7" w:rsidRDefault="001D1DF7" w:rsidP="001D1DF7">
            <w:pPr>
              <w:rPr>
                <w:lang w:eastAsia="ko-KR"/>
              </w:rPr>
            </w:pPr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059977" w14:textId="07B8A83E" w:rsidR="001D1DF7" w:rsidRDefault="001D1DF7" w:rsidP="001D1DF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 xml:space="preserve">프리미엄12주(녹용 </w:t>
            </w:r>
            <w:r>
              <w:rPr>
                <w:rFonts w:hint="eastAsia"/>
                <w:lang w:eastAsia="ko-KR"/>
              </w:rPr>
              <w:t>특</w:t>
            </w:r>
            <w:r>
              <w:rPr>
                <w:rFonts w:hint="eastAsia"/>
                <w:lang w:eastAsia="ko-KR"/>
              </w:rPr>
              <w:t>상 )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DD53A7" w14:textId="56BECB8E" w:rsidR="001D1DF7" w:rsidRDefault="001D1DF7" w:rsidP="001D1DF7">
            <w:pPr>
              <w:rPr>
                <w:rFonts w:hint="eastAsia"/>
                <w:lang w:eastAsia="ko-KR"/>
              </w:rPr>
            </w:pPr>
            <w:r>
              <w:rPr>
                <w:rFonts w:hint="eastAsia"/>
                <w:lang w:eastAsia="ko-KR"/>
              </w:rPr>
              <w:t>1</w:t>
            </w:r>
            <w:r>
              <w:rPr>
                <w:rFonts w:hint="eastAsia"/>
                <w:lang w:eastAsia="ko-KR"/>
              </w:rPr>
              <w:t>71만</w:t>
            </w:r>
            <w:r>
              <w:rPr>
                <w:rFonts w:hint="eastAsia"/>
                <w:lang w:eastAsia="ko-KR"/>
              </w:rPr>
              <w:t>원</w:t>
            </w: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DF1D63" w14:textId="77777777" w:rsidR="001D1DF7" w:rsidRDefault="001D1DF7" w:rsidP="001D1DF7">
            <w:pPr>
              <w:rPr>
                <w:lang w:eastAsia="ko-KR"/>
              </w:rPr>
            </w:pPr>
          </w:p>
        </w:tc>
      </w:tr>
      <w:tr w:rsidR="001D1DF7" w14:paraId="2A35E13F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6CB3404" w14:textId="77777777" w:rsidR="001D1DF7" w:rsidRDefault="001D1DF7" w:rsidP="001D1DF7">
            <w:pPr>
              <w:rPr>
                <w:lang w:eastAsia="ko-KR"/>
              </w:rPr>
            </w:pPr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976C6C" w14:textId="72C81645" w:rsidR="001D1DF7" w:rsidRDefault="001D1DF7" w:rsidP="001D1DF7">
            <w:pPr>
              <w:rPr>
                <w:lang w:eastAsia="ko-KR"/>
              </w:rPr>
            </w:pP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274572" w14:textId="7093D7BB" w:rsidR="001D1DF7" w:rsidRDefault="001D1DF7" w:rsidP="001D1DF7">
            <w:pPr>
              <w:rPr>
                <w:lang w:eastAsia="ko-KR"/>
              </w:rPr>
            </w:pP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5A01AED" w14:textId="77777777" w:rsidR="001D1DF7" w:rsidRDefault="001D1DF7" w:rsidP="001D1DF7">
            <w:pPr>
              <w:rPr>
                <w:lang w:eastAsia="ko-KR"/>
              </w:rPr>
            </w:pPr>
          </w:p>
        </w:tc>
      </w:tr>
      <w:tr w:rsidR="001D1DF7" w14:paraId="0F481595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700EFDFC" w14:textId="77777777" w:rsidR="001D1DF7" w:rsidRDefault="001D1DF7" w:rsidP="001D1DF7">
            <w:pPr>
              <w:rPr>
                <w:lang w:eastAsia="ko-KR"/>
              </w:rPr>
            </w:pPr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328D0F" w14:textId="77777777" w:rsidR="001D1DF7" w:rsidRDefault="001D1DF7" w:rsidP="001D1DF7">
            <w:pPr>
              <w:rPr>
                <w:lang w:eastAsia="ko-KR"/>
              </w:rPr>
            </w:pP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5A2A20" w14:textId="77777777" w:rsidR="001D1DF7" w:rsidRDefault="001D1DF7" w:rsidP="001D1DF7">
            <w:pPr>
              <w:rPr>
                <w:lang w:eastAsia="ko-KR"/>
              </w:rPr>
            </w:pP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0EF7E0" w14:textId="77777777" w:rsidR="001D1DF7" w:rsidRDefault="001D1DF7" w:rsidP="001D1DF7">
            <w:pPr>
              <w:rPr>
                <w:lang w:eastAsia="ko-KR"/>
              </w:rPr>
            </w:pPr>
          </w:p>
        </w:tc>
      </w:tr>
      <w:tr w:rsidR="001D1DF7" w14:paraId="26EBB4B2" w14:textId="77777777">
        <w:trPr>
          <w:jc w:val="center"/>
        </w:trPr>
        <w:tc>
          <w:tcPr>
            <w:tcW w:w="170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14:paraId="5B70BA5C" w14:textId="77777777" w:rsidR="001D1DF7" w:rsidRDefault="001D1DF7" w:rsidP="001D1DF7">
            <w:pPr>
              <w:rPr>
                <w:lang w:eastAsia="ko-KR"/>
              </w:rPr>
            </w:pPr>
          </w:p>
        </w:tc>
        <w:tc>
          <w:tcPr>
            <w:tcW w:w="425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AA5555" w14:textId="77777777" w:rsidR="001D1DF7" w:rsidRDefault="001D1DF7" w:rsidP="001D1DF7">
            <w:pPr>
              <w:rPr>
                <w:lang w:eastAsia="ko-KR"/>
              </w:rPr>
            </w:pP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79865A9" w14:textId="77777777" w:rsidR="001D1DF7" w:rsidRDefault="001D1DF7" w:rsidP="001D1DF7">
            <w:pPr>
              <w:rPr>
                <w:lang w:eastAsia="ko-KR"/>
              </w:rPr>
            </w:pPr>
          </w:p>
        </w:tc>
        <w:tc>
          <w:tcPr>
            <w:tcW w:w="198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C80DEAE" w14:textId="77777777" w:rsidR="001D1DF7" w:rsidRDefault="001D1DF7" w:rsidP="001D1DF7">
            <w:pPr>
              <w:rPr>
                <w:lang w:eastAsia="ko-KR"/>
              </w:rPr>
            </w:pPr>
          </w:p>
        </w:tc>
      </w:tr>
    </w:tbl>
    <w:p w14:paraId="3B7FD154" w14:textId="77777777" w:rsidR="00111AB1" w:rsidRDefault="00111AB1">
      <w:pPr>
        <w:rPr>
          <w:lang w:eastAsia="ko-KR"/>
        </w:rPr>
      </w:pPr>
    </w:p>
    <w:p w14:paraId="318E53FD" w14:textId="77777777" w:rsidR="00111AB1" w:rsidRDefault="00000000">
      <w:pPr>
        <w:jc w:val="right"/>
        <w:rPr>
          <w:lang w:eastAsia="ko-KR"/>
        </w:rPr>
      </w:pPr>
      <w:r>
        <w:rPr>
          <w:color w:val="666666"/>
          <w:sz w:val="16"/>
          <w:lang w:eastAsia="ko-KR"/>
        </w:rPr>
        <w:t>시행일:          년      월      일</w:t>
      </w:r>
    </w:p>
    <w:p w14:paraId="3C38EDE6" w14:textId="77777777" w:rsidR="00111AB1" w:rsidRDefault="00000000">
      <w:pPr>
        <w:rPr>
          <w:lang w:eastAsia="ko-KR"/>
        </w:rPr>
      </w:pPr>
      <w:r>
        <w:rPr>
          <w:color w:val="888888"/>
          <w:sz w:val="15"/>
          <w:lang w:eastAsia="ko-KR"/>
        </w:rPr>
        <w:t>※ 진료 내용 및 환자 상태에 따라 비용이 달라질 수 있습니다.</w:t>
      </w:r>
    </w:p>
    <w:p w14:paraId="6F0B53FD" w14:textId="77777777" w:rsidR="00111AB1" w:rsidRDefault="00000000">
      <w:pPr>
        <w:rPr>
          <w:lang w:eastAsia="ko-KR"/>
        </w:rPr>
      </w:pPr>
      <w:r>
        <w:rPr>
          <w:color w:val="888888"/>
          <w:sz w:val="15"/>
          <w:lang w:eastAsia="ko-KR"/>
        </w:rPr>
        <w:t>※ 기타 자세한 문의사항은 접수처에 문의해 주시기 바랍니다.</w:t>
      </w:r>
    </w:p>
    <w:sectPr w:rsidR="00111AB1" w:rsidSect="00034616">
      <w:pgSz w:w="11906" w:h="16838"/>
      <w:pgMar w:top="1134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2014216">
    <w:abstractNumId w:val="8"/>
  </w:num>
  <w:num w:numId="2" w16cid:durableId="1035538807">
    <w:abstractNumId w:val="6"/>
  </w:num>
  <w:num w:numId="3" w16cid:durableId="84885815">
    <w:abstractNumId w:val="5"/>
  </w:num>
  <w:num w:numId="4" w16cid:durableId="1004480569">
    <w:abstractNumId w:val="4"/>
  </w:num>
  <w:num w:numId="5" w16cid:durableId="1340541482">
    <w:abstractNumId w:val="7"/>
  </w:num>
  <w:num w:numId="6" w16cid:durableId="1719623703">
    <w:abstractNumId w:val="3"/>
  </w:num>
  <w:num w:numId="7" w16cid:durableId="1713531142">
    <w:abstractNumId w:val="2"/>
  </w:num>
  <w:num w:numId="8" w16cid:durableId="1184129174">
    <w:abstractNumId w:val="1"/>
  </w:num>
  <w:num w:numId="9" w16cid:durableId="5463357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2658"/>
    <w:rsid w:val="00034616"/>
    <w:rsid w:val="0006063C"/>
    <w:rsid w:val="00111AB1"/>
    <w:rsid w:val="0015074B"/>
    <w:rsid w:val="001D1DF7"/>
    <w:rsid w:val="0029639D"/>
    <w:rsid w:val="002C40C3"/>
    <w:rsid w:val="00326F90"/>
    <w:rsid w:val="00A6198B"/>
    <w:rsid w:val="00A81A63"/>
    <w:rsid w:val="00AA1D8D"/>
    <w:rsid w:val="00B47730"/>
    <w:rsid w:val="00CB0664"/>
    <w:rsid w:val="00D9777C"/>
    <w:rsid w:val="00E005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FFACB9"/>
  <w14:defaultImageDpi w14:val="300"/>
  <w15:docId w15:val="{E16A1E25-6599-4802-B811-9A2D2B294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101</Words>
  <Characters>578</Characters>
  <Application>Microsoft Office Word</Application>
  <DocSecurity>0</DocSecurity>
  <Lines>4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중기 이</cp:lastModifiedBy>
  <cp:revision>3</cp:revision>
  <dcterms:created xsi:type="dcterms:W3CDTF">2013-12-23T23:15:00Z</dcterms:created>
  <dcterms:modified xsi:type="dcterms:W3CDTF">2026-08-14T09:30:00Z</dcterms:modified>
  <cp:category/>
</cp:coreProperties>
</file>